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widowControl/>
      </w:pPr>
    </w:p>
    <w:p>
      <w:pPr>
        <w:spacing w:after="640"/>
        <w:jc w:val="left"/>
        <w:widowControl/>
      </w:pPr>
      <w:r>
        <w:drawing>
          <wp:inline xmlns:a="http://schemas.openxmlformats.org/drawingml/2006/main" xmlns:pic="http://schemas.openxmlformats.org/drawingml/2006/picture">
            <wp:extent cx="3337560" cy="1211852"/>
            <wp:docPr id="1" name="Picture 1"/>
            <wp:cNvGraphicFramePr>
              <a:graphicFrameLocks noChangeAspect="1"/>
            </wp:cNvGraphicFramePr>
            <a:graphic>
              <a:graphicData uri="http://schemas.openxmlformats.org/drawingml/2006/picture">
                <pic:pic>
                  <pic:nvPicPr>
                    <pic:cNvPr id="0" name="farivo-logo.png"/>
                    <pic:cNvPicPr/>
                  </pic:nvPicPr>
                  <pic:blipFill>
                    <a:blip r:embed="rId11"/>
                    <a:stretch>
                      <a:fillRect/>
                    </a:stretch>
                  </pic:blipFill>
                  <pic:spPr>
                    <a:xfrm>
                      <a:off x="0" y="0"/>
                      <a:ext cx="3337560" cy="1211852"/>
                    </a:xfrm>
                    <a:prstGeom prst="rect"/>
                  </pic:spPr>
                </pic:pic>
              </a:graphicData>
            </a:graphic>
          </wp:inline>
        </w:drawing>
      </w:r>
    </w:p>
    <w:p>
      <w:pPr>
        <w:pStyle w:val="Title"/>
        <w:spacing w:after="200"/>
        <w:jc w:val="left"/>
        <w:widowControl/>
      </w:pPr>
      <w:r>
        <w:t>Farivo User Guide</w:t>
      </w:r>
    </w:p>
    <w:p>
      <w:pPr>
        <w:spacing w:after="400"/>
        <w:widowControl/>
      </w:pPr>
      <w:r>
        <w:rPr>
          <w:rFonts w:ascii="Aptos" w:hAnsi="Aptos"/>
          <w:color w:val="667085"/>
          <w:sz w:val="32"/>
        </w:rPr>
        <w:t>Website and Android app</w:t>
      </w:r>
    </w:p>
    <w:p>
      <w:pPr>
        <w:spacing w:after="180" w:line="269" w:lineRule="auto"/>
        <w:widowControl/>
      </w:pPr>
      <w:r>
        <w:rPr>
          <w:rFonts w:ascii="Aptos" w:hAnsi="Aptos"/>
          <w:sz w:val="21"/>
        </w:rPr>
        <w:t>Use this guide to create an account, build and manage trips, explore tours and places, organize bookings, share itineraries, and use Farivo while traveling. The website and Android app use the same core workflow, so most steps apply to both.</w:t>
      </w:r>
    </w:p>
    <w:p>
      <w:pPr>
        <w:spacing w:before="240" w:after="120"/>
        <w:widowControl/>
      </w:pPr>
      <w:r>
        <w:rPr>
          <w:rFonts w:ascii="Aptos" w:hAnsi="Aptos"/>
          <w:b/>
          <w:sz w:val="21"/>
        </w:rPr>
        <w:t>Current guide</w:t>
      </w:r>
      <w:r>
        <w:rPr>
          <w:rFonts w:ascii="Aptos" w:hAnsi="Aptos"/>
          <w:color w:val="667085"/>
          <w:sz w:val="21"/>
        </w:rPr>
        <w:t xml:space="preserve">  October 2026</w:t>
      </w:r>
    </w:p>
    <w:p>
      <w:pPr>
        <w:widowControl/>
      </w:pPr>
      <w:r>
        <w:rPr>
          <w:rFonts w:ascii="Aptos" w:hAnsi="Aptos"/>
          <w:b/>
          <w:sz w:val="21"/>
        </w:rPr>
        <w:t xml:space="preserve">Website  </w:t>
      </w:r>
      <w:hyperlink r:id="rId12">
        <w:r>
          <w:rPr>
            <w:color w:val="2F8FA3"/>
            <w:u w:val="single"/>
            <w:rFonts w:ascii="Aptos" w:hAnsi="Aptos"/>
          </w:rPr>
          <w:t>https://farivoai.com</w:t>
        </w:r>
      </w:hyperlink>
    </w:p>
    <w:p>
      <w:pPr>
        <w:spacing w:after="1280"/>
        <w:widowControl/>
      </w:pPr>
    </w:p>
    <w:p>
      <w:pPr>
        <w:spacing w:before="100" w:after="120"/>
        <w:ind w:left="259"/>
        <w:widowControl/>
      </w:pPr>
      <w:r>
        <w:rPr>
          <w:rFonts w:ascii="Aptos" w:hAnsi="Aptos"/>
          <w:b/>
          <w:color w:val="2F8FA3"/>
          <w:sz w:val="20"/>
        </w:rPr>
        <w:t xml:space="preserve">Important </w:t>
      </w:r>
      <w:r>
        <w:rPr>
          <w:rFonts w:ascii="Aptos" w:hAnsi="Aptos"/>
          <w:sz w:val="20"/>
        </w:rPr>
        <w:t>Farivo creates travel plans and links to outside booking providers. It does not purchase flights, hotels, or tours automatically.</w:t>
      </w:r>
    </w:p>
    <w:p>
      <w:pPr>
        <w:widowControl/>
      </w:pPr>
      <w:r>
        <w:br w:type="page"/>
      </w:r>
    </w:p>
    <w:p>
      <w:pPr>
        <w:pStyle w:val="Heading1"/>
        <w:keepNext/>
        <w:spacing w:before="240" w:after="100"/>
        <w:widowControl/>
      </w:pPr>
      <w:r>
        <w:t>Guide contents</w:t>
      </w:r>
    </w:p>
    <w:p>
      <w:pPr>
        <w:spacing w:after="40" w:line="269" w:lineRule="auto"/>
        <w:widowControl/>
      </w:pPr>
      <w:r>
        <w:rPr>
          <w:rFonts w:ascii="Aptos" w:hAnsi="Aptos"/>
          <w:sz w:val="21"/>
        </w:rPr>
        <w:t>1  Start using Farivo</w:t>
      </w:r>
    </w:p>
    <w:p>
      <w:pPr>
        <w:spacing w:after="40" w:line="269" w:lineRule="auto"/>
        <w:widowControl/>
      </w:pPr>
      <w:r>
        <w:rPr>
          <w:rFonts w:ascii="Aptos" w:hAnsi="Aptos"/>
          <w:sz w:val="21"/>
        </w:rPr>
        <w:t>2  Create or connect an account</w:t>
      </w:r>
    </w:p>
    <w:p>
      <w:pPr>
        <w:spacing w:after="40" w:line="269" w:lineRule="auto"/>
        <w:widowControl/>
      </w:pPr>
      <w:r>
        <w:rPr>
          <w:rFonts w:ascii="Aptos" w:hAnsi="Aptos"/>
          <w:sz w:val="21"/>
        </w:rPr>
        <w:t>3  Set your traveler profile</w:t>
      </w:r>
    </w:p>
    <w:p>
      <w:pPr>
        <w:spacing w:after="40" w:line="269" w:lineRule="auto"/>
        <w:widowControl/>
      </w:pPr>
      <w:r>
        <w:rPr>
          <w:rFonts w:ascii="Aptos" w:hAnsi="Aptos"/>
          <w:sz w:val="21"/>
        </w:rPr>
        <w:t>4  Plan a trip with Farivo</w:t>
      </w:r>
    </w:p>
    <w:p>
      <w:pPr>
        <w:spacing w:after="40" w:line="269" w:lineRule="auto"/>
        <w:widowControl/>
      </w:pPr>
      <w:r>
        <w:rPr>
          <w:rFonts w:ascii="Aptos" w:hAnsi="Aptos"/>
          <w:sz w:val="21"/>
        </w:rPr>
        <w:t>5  Switch between multiple trips</w:t>
      </w:r>
    </w:p>
    <w:p>
      <w:pPr>
        <w:spacing w:after="40" w:line="269" w:lineRule="auto"/>
        <w:widowControl/>
      </w:pPr>
      <w:r>
        <w:rPr>
          <w:rFonts w:ascii="Aptos" w:hAnsi="Aptos"/>
          <w:sz w:val="21"/>
        </w:rPr>
        <w:t>6  Explore places and tours</w:t>
      </w:r>
    </w:p>
    <w:p>
      <w:pPr>
        <w:spacing w:after="40" w:line="269" w:lineRule="auto"/>
        <w:widowControl/>
      </w:pPr>
      <w:r>
        <w:rPr>
          <w:rFonts w:ascii="Aptos" w:hAnsi="Aptos"/>
          <w:sz w:val="21"/>
        </w:rPr>
        <w:t>7  Manage the itinerary</w:t>
      </w:r>
    </w:p>
    <w:p>
      <w:pPr>
        <w:spacing w:after="40" w:line="269" w:lineRule="auto"/>
        <w:widowControl/>
      </w:pPr>
      <w:r>
        <w:rPr>
          <w:rFonts w:ascii="Aptos" w:hAnsi="Aptos"/>
          <w:sz w:val="21"/>
        </w:rPr>
        <w:t>8  Organize hotels and flights</w:t>
      </w:r>
    </w:p>
    <w:p>
      <w:pPr>
        <w:spacing w:after="40" w:line="269" w:lineRule="auto"/>
        <w:widowControl/>
      </w:pPr>
      <w:r>
        <w:rPr>
          <w:rFonts w:ascii="Aptos" w:hAnsi="Aptos"/>
          <w:sz w:val="21"/>
        </w:rPr>
        <w:t>9  Share and collaborate</w:t>
      </w:r>
    </w:p>
    <w:p>
      <w:pPr>
        <w:spacing w:after="40" w:line="269" w:lineRule="auto"/>
        <w:widowControl/>
      </w:pPr>
      <w:r>
        <w:rPr>
          <w:rFonts w:ascii="Aptos" w:hAnsi="Aptos"/>
          <w:sz w:val="21"/>
        </w:rPr>
        <w:t>10  Use Farivo during the trip</w:t>
      </w:r>
    </w:p>
    <w:p>
      <w:pPr>
        <w:spacing w:after="40" w:line="269" w:lineRule="auto"/>
        <w:widowControl/>
      </w:pPr>
      <w:r>
        <w:rPr>
          <w:rFonts w:ascii="Aptos" w:hAnsi="Aptos"/>
          <w:sz w:val="21"/>
        </w:rPr>
        <w:t>11  Plans and account access</w:t>
      </w:r>
    </w:p>
    <w:p>
      <w:pPr>
        <w:spacing w:after="40" w:line="269" w:lineRule="auto"/>
        <w:widowControl/>
      </w:pPr>
      <w:r>
        <w:rPr>
          <w:rFonts w:ascii="Aptos" w:hAnsi="Aptos"/>
          <w:sz w:val="21"/>
        </w:rPr>
        <w:t>12  Troubleshooting and privacy</w:t>
      </w:r>
    </w:p>
    <w:p>
      <w:pPr>
        <w:pStyle w:val="Heading1"/>
        <w:keepNext/>
        <w:spacing w:before="240" w:after="100"/>
        <w:widowControl/>
      </w:pPr>
      <w:r>
        <w:t>Farivo navigation</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1800"/>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Area</w:t>
            </w:r>
          </w:p>
        </w:tc>
        <w:tc>
          <w:tcPr>
            <w:tcW w:type="dxa" w:w="8208"/>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Use it for</w:t>
            </w:r>
          </w:p>
        </w:tc>
      </w:tr>
      <w:t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Home</w:t>
            </w:r>
          </w:p>
        </w:tc>
        <w:tc>
          <w:tcPr>
            <w:tcW w:type="dxa" w:w="82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View the active trip, switch trips, see today, and open trip tools.</w:t>
            </w:r>
          </w:p>
        </w:tc>
      </w:tr>
      <w:tr>
        <w:tc>
          <w:tcPr>
            <w:tcW w:type="dxa" w:w="180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Plan</w:t>
            </w:r>
          </w:p>
        </w:tc>
        <w:tc>
          <w:tcPr>
            <w:tcW w:type="dxa" w:w="820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Create a trip or ask Farivo to revise the active itinerary.</w:t>
            </w:r>
          </w:p>
        </w:tc>
      </w:tr>
      <w:t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Explore</w:t>
            </w:r>
          </w:p>
        </w:tc>
        <w:tc>
          <w:tcPr>
            <w:tcW w:type="dxa" w:w="82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Search sights, tours, restaurants, transit, and nearby places by trip day.</w:t>
            </w:r>
          </w:p>
        </w:tc>
      </w:tr>
      <w:tr>
        <w:tc>
          <w:tcPr>
            <w:tcW w:type="dxa" w:w="180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Trip</w:t>
            </w:r>
          </w:p>
        </w:tc>
        <w:tc>
          <w:tcPr>
            <w:tcW w:type="dxa" w:w="820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Review and edit the day-by-day itinerary, routes, booking details, and sharing.</w:t>
            </w:r>
          </w:p>
        </w:tc>
      </w:tr>
      <w:t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Safety</w:t>
            </w:r>
          </w:p>
        </w:tc>
        <w:tc>
          <w:tcPr>
            <w:tcW w:type="dxa" w:w="82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Find directions back to the trip or hotel and locate official travel assistance.</w:t>
            </w:r>
          </w:p>
        </w:tc>
      </w:tr>
      <w:tr>
        <w:tc>
          <w:tcPr>
            <w:tcW w:type="dxa" w:w="180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Profile</w:t>
            </w:r>
          </w:p>
        </w:tc>
        <w:tc>
          <w:tcPr>
            <w:tcW w:type="dxa" w:w="820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Connect an account, save preferences, check membership, and sync data.</w:t>
            </w:r>
          </w:p>
        </w:tc>
      </w:tr>
    </w:tbl>
    <w:p>
      <w:pPr>
        <w:spacing w:after="20"/>
        <w:widowControl/>
      </w:pPr>
    </w:p>
    <w:p>
      <w:pPr>
        <w:pStyle w:val="Heading1"/>
        <w:keepNext/>
        <w:spacing w:before="240" w:after="100"/>
        <w:widowControl/>
      </w:pPr>
      <w:r>
        <w:t>Quick start</w:t>
      </w:r>
    </w:p>
    <w:p>
      <w:pPr>
        <w:spacing w:before="80" w:after="80" w:line="259" w:lineRule="auto"/>
        <w:ind w:left="72" w:hanging="72"/>
        <w:widowControl/>
      </w:pPr>
      <w:r>
        <w:rPr>
          <w:rFonts w:ascii="Aptos" w:hAnsi="Aptos"/>
          <w:b/>
          <w:color w:val="000000"/>
          <w:sz w:val="21"/>
        </w:rPr>
        <w:t>1  Accept the terms</w:t>
      </w:r>
      <w:r>
        <w:rPr>
          <w:rFonts w:ascii="Aptos" w:hAnsi="Aptos"/>
          <w:sz w:val="20"/>
        </w:rPr>
        <w:t xml:space="preserve">  Review the Terms of Service, select the agreement box, and choose Continue.</w:t>
      </w:r>
    </w:p>
    <w:p>
      <w:pPr>
        <w:spacing w:before="80" w:after="80" w:line="259" w:lineRule="auto"/>
        <w:ind w:left="72" w:hanging="72"/>
        <w:widowControl/>
      </w:pPr>
      <w:r>
        <w:rPr>
          <w:rFonts w:ascii="Aptos" w:hAnsi="Aptos"/>
          <w:b/>
          <w:color w:val="000000"/>
          <w:sz w:val="21"/>
        </w:rPr>
        <w:t>2  Connect your account</w:t>
      </w:r>
      <w:r>
        <w:rPr>
          <w:rFonts w:ascii="Aptos" w:hAnsi="Aptos"/>
          <w:sz w:val="20"/>
        </w:rPr>
        <w:t xml:space="preserve">  Open the profile button and choose Connect cloud. Sign in with Google or any valid email address.</w:t>
      </w:r>
    </w:p>
    <w:p>
      <w:pPr>
        <w:spacing w:before="80" w:after="80" w:line="259" w:lineRule="auto"/>
        <w:ind w:left="72" w:hanging="72"/>
        <w:widowControl/>
      </w:pPr>
      <w:r>
        <w:rPr>
          <w:rFonts w:ascii="Aptos" w:hAnsi="Aptos"/>
          <w:b/>
          <w:color w:val="000000"/>
          <w:sz w:val="21"/>
        </w:rPr>
        <w:t>3  Save your preferences</w:t>
      </w:r>
      <w:r>
        <w:rPr>
          <w:rFonts w:ascii="Aptos" w:hAnsi="Aptos"/>
          <w:sz w:val="20"/>
        </w:rPr>
        <w:t xml:space="preserve">  Add your interests, budget, pace, food preferences, and walking limit.</w:t>
      </w:r>
    </w:p>
    <w:p>
      <w:pPr>
        <w:spacing w:before="80" w:after="80" w:line="259" w:lineRule="auto"/>
        <w:ind w:left="72" w:hanging="72"/>
        <w:widowControl/>
      </w:pPr>
      <w:r>
        <w:rPr>
          <w:rFonts w:ascii="Aptos" w:hAnsi="Aptos"/>
          <w:b/>
          <w:color w:val="000000"/>
          <w:sz w:val="21"/>
        </w:rPr>
        <w:t>4  Plan the trip</w:t>
      </w:r>
      <w:r>
        <w:rPr>
          <w:rFonts w:ascii="Aptos" w:hAnsi="Aptos"/>
          <w:sz w:val="20"/>
        </w:rPr>
        <w:t xml:space="preserve">  Choose Plan and describe the destination, dates, budget, interests, and transportation needs.</w:t>
      </w:r>
    </w:p>
    <w:p>
      <w:pPr>
        <w:spacing w:before="80" w:after="80" w:line="259" w:lineRule="auto"/>
        <w:ind w:left="72" w:hanging="72"/>
        <w:widowControl/>
      </w:pPr>
      <w:r>
        <w:rPr>
          <w:rFonts w:ascii="Aptos" w:hAnsi="Aptos"/>
          <w:b/>
          <w:color w:val="000000"/>
          <w:sz w:val="21"/>
        </w:rPr>
        <w:t>5  Review before booking</w:t>
      </w:r>
      <w:r>
        <w:rPr>
          <w:rFonts w:ascii="Aptos" w:hAnsi="Aptos"/>
          <w:sz w:val="20"/>
        </w:rPr>
        <w:t xml:space="preserve">  Open Trip, Hotels, Flights, and Explore. Confirm all prices and availability with the outside provider.</w:t>
      </w:r>
    </w:p>
    <w:p>
      <w:pPr>
        <w:pStyle w:val="Heading1"/>
        <w:keepNext/>
        <w:spacing w:before="240" w:after="100"/>
        <w:widowControl/>
      </w:pPr>
      <w:r>
        <w:t>Start using Farivo</w:t>
      </w:r>
    </w:p>
    <w:p>
      <w:pPr>
        <w:pStyle w:val="Heading2"/>
        <w:keepNext/>
        <w:spacing w:before="160" w:after="100"/>
        <w:widowControl/>
      </w:pPr>
      <w:r>
        <w:t>Website</w:t>
      </w:r>
    </w:p>
    <w:p>
      <w:pPr>
        <w:spacing w:after="100" w:line="269" w:lineRule="auto"/>
        <w:widowControl/>
      </w:pPr>
      <w:r>
        <w:rPr>
          <w:rFonts w:ascii="Aptos" w:hAnsi="Aptos"/>
          <w:sz w:val="21"/>
        </w:rPr>
        <w:t>Open farivoai.com in a current version of Chrome, Edge, Safari, or Firefox. The website works without installation, and a connected account keeps supported data synchronized across devices.</w:t>
      </w:r>
    </w:p>
    <w:p>
      <w:pPr>
        <w:spacing w:before="80" w:after="80" w:line="259" w:lineRule="auto"/>
        <w:ind w:left="72" w:hanging="72"/>
        <w:widowControl/>
      </w:pPr>
      <w:r>
        <w:rPr>
          <w:rFonts w:ascii="Aptos" w:hAnsi="Aptos"/>
          <w:b/>
          <w:color w:val="000000"/>
          <w:sz w:val="21"/>
        </w:rPr>
        <w:t>1  Open the website</w:t>
      </w:r>
      <w:r>
        <w:rPr>
          <w:rFonts w:ascii="Aptos" w:hAnsi="Aptos"/>
          <w:sz w:val="20"/>
        </w:rPr>
        <w:t xml:space="preserve">  Go to farivoai.com.</w:t>
      </w:r>
    </w:p>
    <w:p>
      <w:pPr>
        <w:spacing w:before="80" w:after="80" w:line="259" w:lineRule="auto"/>
        <w:ind w:left="72" w:hanging="72"/>
        <w:widowControl/>
      </w:pPr>
      <w:r>
        <w:rPr>
          <w:rFonts w:ascii="Aptos" w:hAnsi="Aptos"/>
          <w:b/>
          <w:color w:val="000000"/>
          <w:sz w:val="21"/>
        </w:rPr>
        <w:t>2  Review the terms</w:t>
      </w:r>
      <w:r>
        <w:rPr>
          <w:rFonts w:ascii="Aptos" w:hAnsi="Aptos"/>
          <w:sz w:val="20"/>
        </w:rPr>
        <w:t xml:space="preserve">  Open the full Terms of Service if needed, select I agree, and choose Continue.</w:t>
      </w:r>
    </w:p>
    <w:p>
      <w:pPr>
        <w:spacing w:before="80" w:after="80" w:line="259" w:lineRule="auto"/>
        <w:ind w:left="72" w:hanging="72"/>
        <w:widowControl/>
      </w:pPr>
      <w:r>
        <w:rPr>
          <w:rFonts w:ascii="Aptos" w:hAnsi="Aptos"/>
          <w:b/>
          <w:color w:val="000000"/>
          <w:sz w:val="21"/>
        </w:rPr>
        <w:t>3  Follow or skip the tour</w:t>
      </w:r>
      <w:r>
        <w:rPr>
          <w:rFonts w:ascii="Aptos" w:hAnsi="Aptos"/>
          <w:sz w:val="20"/>
        </w:rPr>
        <w:t xml:space="preserve">  The three-step introduction explains planning, exploring, and saving places.</w:t>
      </w:r>
    </w:p>
    <w:p>
      <w:pPr>
        <w:pStyle w:val="Heading2"/>
        <w:keepNext/>
        <w:spacing w:before="160" w:after="100"/>
        <w:widowControl/>
      </w:pPr>
      <w:r>
        <w:t>Android app</w:t>
      </w:r>
    </w:p>
    <w:p>
      <w:pPr>
        <w:spacing w:after="100" w:line="269" w:lineRule="auto"/>
        <w:widowControl/>
      </w:pPr>
      <w:r>
        <w:rPr>
          <w:rFonts w:ascii="Aptos" w:hAnsi="Aptos"/>
          <w:sz w:val="21"/>
        </w:rPr>
        <w:t>Install Farivo through its Google Play testing or production listing. Updates arrive through Google Play after a new build is published to your testing track or the public store.</w:t>
      </w:r>
    </w:p>
    <w:p>
      <w:pPr>
        <w:pStyle w:val="ListBullet"/>
        <w:spacing w:after="60" w:line="259" w:lineRule="auto"/>
        <w:widowControl/>
      </w:pPr>
      <w:r>
        <w:rPr>
          <w:rFonts w:ascii="Aptos" w:hAnsi="Aptos"/>
          <w:sz w:val="20"/>
        </w:rPr>
        <w:t>Use the same Farivo account on the app and website to keep cloud data connected.</w:t>
      </w:r>
    </w:p>
    <w:p>
      <w:pPr>
        <w:pStyle w:val="ListBullet"/>
        <w:spacing w:after="60" w:line="259" w:lineRule="auto"/>
        <w:widowControl/>
      </w:pPr>
      <w:r>
        <w:rPr>
          <w:rFonts w:ascii="Aptos" w:hAnsi="Aptos"/>
          <w:sz w:val="20"/>
        </w:rPr>
        <w:t>Allow microphone access only if you want to dictate a planning request.</w:t>
      </w:r>
    </w:p>
    <w:p>
      <w:pPr>
        <w:pStyle w:val="ListBullet"/>
        <w:spacing w:after="60" w:line="259" w:lineRule="auto"/>
        <w:widowControl/>
      </w:pPr>
      <w:r>
        <w:rPr>
          <w:rFonts w:ascii="Aptos" w:hAnsi="Aptos"/>
          <w:sz w:val="20"/>
        </w:rPr>
        <w:t>Allow location access only when you want nearby results or directions.</w:t>
      </w:r>
    </w:p>
    <w:p>
      <w:pPr>
        <w:pStyle w:val="Heading2"/>
        <w:keepNext/>
        <w:spacing w:before="160" w:after="100"/>
        <w:widowControl/>
      </w:pPr>
      <w:r>
        <w:t>Install the website as an app</w:t>
      </w:r>
    </w:p>
    <w:p>
      <w:pPr>
        <w:spacing w:after="100" w:line="269" w:lineRule="auto"/>
        <w:widowControl/>
      </w:pPr>
      <w:r>
        <w:rPr>
          <w:rFonts w:ascii="Aptos" w:hAnsi="Aptos"/>
          <w:sz w:val="21"/>
        </w:rPr>
        <w:t>When the Install button appears in a supported browser, select it and follow the browser prompt. On iPhone or iPad, open Farivo in Safari, choose Share, then choose Add to Home Screen.</w:t>
      </w:r>
    </w:p>
    <w:p>
      <w:pPr>
        <w:pStyle w:val="Heading1"/>
        <w:keepNext/>
        <w:spacing w:before="240" w:after="100"/>
        <w:widowControl/>
      </w:pPr>
      <w:r>
        <w:t>Create or connect an account</w:t>
      </w:r>
    </w:p>
    <w:p>
      <w:pPr>
        <w:spacing w:before="80" w:after="80" w:line="259" w:lineRule="auto"/>
        <w:ind w:left="72" w:hanging="72"/>
        <w:widowControl/>
      </w:pPr>
      <w:r>
        <w:rPr>
          <w:rFonts w:ascii="Aptos" w:hAnsi="Aptos"/>
          <w:b/>
          <w:color w:val="000000"/>
          <w:sz w:val="21"/>
        </w:rPr>
        <w:t>1  Open Profile</w:t>
      </w:r>
      <w:r>
        <w:rPr>
          <w:rFonts w:ascii="Aptos" w:hAnsi="Aptos"/>
          <w:sz w:val="20"/>
        </w:rPr>
        <w:t xml:space="preserve">  Choose the round profile button in the upper-right corner.</w:t>
      </w:r>
    </w:p>
    <w:p>
      <w:pPr>
        <w:spacing w:before="80" w:after="80" w:line="259" w:lineRule="auto"/>
        <w:ind w:left="72" w:hanging="72"/>
        <w:widowControl/>
      </w:pPr>
      <w:r>
        <w:rPr>
          <w:rFonts w:ascii="Aptos" w:hAnsi="Aptos"/>
          <w:b/>
          <w:color w:val="000000"/>
          <w:sz w:val="21"/>
        </w:rPr>
        <w:t>2  Choose Connect cloud</w:t>
      </w:r>
      <w:r>
        <w:rPr>
          <w:rFonts w:ascii="Aptos" w:hAnsi="Aptos"/>
          <w:sz w:val="20"/>
        </w:rPr>
        <w:t xml:space="preserve">  The account window offers Google sign-in and email sign-in.</w:t>
      </w:r>
    </w:p>
    <w:p>
      <w:pPr>
        <w:spacing w:before="80" w:after="80" w:line="259" w:lineRule="auto"/>
        <w:ind w:left="72" w:hanging="72"/>
        <w:widowControl/>
      </w:pPr>
      <w:r>
        <w:rPr>
          <w:rFonts w:ascii="Aptos" w:hAnsi="Aptos"/>
          <w:b/>
          <w:color w:val="000000"/>
          <w:sz w:val="21"/>
        </w:rPr>
        <w:t>3  Select a sign-in method</w:t>
      </w:r>
      <w:r>
        <w:rPr>
          <w:rFonts w:ascii="Aptos" w:hAnsi="Aptos"/>
          <w:sz w:val="20"/>
        </w:rPr>
        <w:t xml:space="preserve">  Continue with Google, or enter any valid Outlook, Yahoo, AOL, iCloud, business, or other email address.</w:t>
      </w:r>
    </w:p>
    <w:p>
      <w:pPr>
        <w:pStyle w:val="Heading2"/>
        <w:keepNext/>
        <w:spacing w:before="160" w:after="100"/>
        <w:widowControl/>
      </w:pPr>
      <w:r>
        <w:t>Create an email account</w:t>
      </w:r>
    </w:p>
    <w:p>
      <w:pPr>
        <w:spacing w:before="80" w:after="80" w:line="259" w:lineRule="auto"/>
        <w:ind w:left="72" w:hanging="72"/>
        <w:widowControl/>
      </w:pPr>
      <w:r>
        <w:rPr>
          <w:rFonts w:ascii="Aptos" w:hAnsi="Aptos"/>
          <w:b/>
          <w:color w:val="000000"/>
          <w:sz w:val="21"/>
        </w:rPr>
        <w:t>1  Choose Create account</w:t>
      </w:r>
      <w:r>
        <w:rPr>
          <w:rFonts w:ascii="Aptos" w:hAnsi="Aptos"/>
          <w:sz w:val="20"/>
        </w:rPr>
        <w:t xml:space="preserve">  Enter your name, email address, and a password of at least eight characters.</w:t>
      </w:r>
    </w:p>
    <w:p>
      <w:pPr>
        <w:spacing w:before="80" w:after="80" w:line="259" w:lineRule="auto"/>
        <w:ind w:left="72" w:hanging="72"/>
        <w:widowControl/>
      </w:pPr>
      <w:r>
        <w:rPr>
          <w:rFonts w:ascii="Aptos" w:hAnsi="Aptos"/>
          <w:b/>
          <w:color w:val="000000"/>
          <w:sz w:val="21"/>
        </w:rPr>
        <w:t>2  Verify the email</w:t>
      </w:r>
      <w:r>
        <w:rPr>
          <w:rFonts w:ascii="Aptos" w:hAnsi="Aptos"/>
          <w:sz w:val="20"/>
        </w:rPr>
        <w:t xml:space="preserve">  Open the verification message from Farivo and complete the verification step.</w:t>
      </w:r>
    </w:p>
    <w:p>
      <w:pPr>
        <w:spacing w:before="80" w:after="80" w:line="259" w:lineRule="auto"/>
        <w:ind w:left="72" w:hanging="72"/>
        <w:widowControl/>
      </w:pPr>
      <w:r>
        <w:rPr>
          <w:rFonts w:ascii="Aptos" w:hAnsi="Aptos"/>
          <w:b/>
          <w:color w:val="000000"/>
          <w:sz w:val="21"/>
        </w:rPr>
        <w:t>3  Return to Farivo</w:t>
      </w:r>
      <w:r>
        <w:rPr>
          <w:rFonts w:ascii="Aptos" w:hAnsi="Aptos"/>
          <w:sz w:val="20"/>
        </w:rPr>
        <w:t xml:space="preserve">  Choose Sign in with email and use the verified address and password.</w:t>
      </w:r>
    </w:p>
    <w:p>
      <w:pPr>
        <w:spacing w:before="100" w:after="120"/>
        <w:ind w:left="259"/>
        <w:widowControl/>
      </w:pPr>
      <w:r>
        <w:rPr>
          <w:rFonts w:ascii="Aptos" w:hAnsi="Aptos"/>
          <w:b/>
          <w:color w:val="2F8FA3"/>
          <w:sz w:val="20"/>
        </w:rPr>
        <w:t xml:space="preserve">Password help </w:t>
      </w:r>
      <w:r>
        <w:rPr>
          <w:rFonts w:ascii="Aptos" w:hAnsi="Aptos"/>
          <w:sz w:val="20"/>
        </w:rPr>
        <w:t>Choose Forgot password in the account window. Farivo sends a reset message to the email address you enter.</w:t>
      </w:r>
    </w:p>
    <w:p>
      <w:pPr>
        <w:spacing w:before="100" w:after="120"/>
        <w:ind w:left="259"/>
        <w:widowControl/>
      </w:pPr>
      <w:r>
        <w:rPr>
          <w:rFonts w:ascii="Aptos" w:hAnsi="Aptos"/>
          <w:b/>
          <w:color w:val="2F8FA3"/>
          <w:sz w:val="20"/>
        </w:rPr>
        <w:t xml:space="preserve">Existing Google users </w:t>
      </w:r>
      <w:r>
        <w:rPr>
          <w:rFonts w:ascii="Aptos" w:hAnsi="Aptos"/>
          <w:sz w:val="20"/>
        </w:rPr>
        <w:t>Sign in with Google first, then choose Add email sign-in to this account if you also want a password. This keeps the same trips, membership, and tester access.</w:t>
      </w:r>
    </w:p>
    <w:p>
      <w:pPr>
        <w:pStyle w:val="Heading1"/>
        <w:keepNext/>
        <w:spacing w:before="240" w:after="100"/>
        <w:widowControl/>
      </w:pPr>
      <w:r>
        <w:t>Set your traveler profile</w:t>
      </w:r>
    </w:p>
    <w:p>
      <w:pPr>
        <w:spacing w:after="100" w:line="269" w:lineRule="auto"/>
        <w:widowControl/>
      </w:pPr>
      <w:r>
        <w:rPr>
          <w:rFonts w:ascii="Aptos" w:hAnsi="Aptos"/>
          <w:sz w:val="21"/>
        </w:rPr>
        <w:t>Farivo uses the traveler profile to shape future plans. Open Profile, complete the fields that matter to you, and choose Save profile.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520"/>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Profile setting</w:t>
            </w:r>
          </w:p>
        </w:tc>
        <w:tc>
          <w:tcPr>
            <w:tcW w:type="dxa" w:w="7488"/>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How Farivo uses it</w:t>
            </w:r>
          </w:p>
        </w:tc>
      </w:tr>
      <w:tr>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Travel style</w:t>
            </w:r>
          </w:p>
        </w:tc>
        <w:tc>
          <w:tcPr>
            <w:tcW w:type="dxa" w:w="74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Balances relaxed travel, independence, public transit, and budget awareness.</w:t>
            </w:r>
          </w:p>
        </w:tc>
      </w:tr>
      <w:tr>
        <w:tc>
          <w:tcPr>
            <w:tcW w:type="dxa" w:w="25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Interests</w:t>
            </w:r>
          </w:p>
        </w:tc>
        <w:tc>
          <w:tcPr>
            <w:tcW w:type="dxa" w:w="74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Prioritizes subjects such as history, architecture, local culture, nature, or food.</w:t>
            </w:r>
          </w:p>
        </w:tc>
      </w:tr>
      <w:tr>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Trip budget</w:t>
            </w:r>
          </w:p>
        </w:tc>
        <w:tc>
          <w:tcPr>
            <w:tcW w:type="dxa" w:w="74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Helps keep suggestions appropriate for the amount you expect to spend.</w:t>
            </w:r>
          </w:p>
        </w:tc>
      </w:tr>
      <w:tr>
        <w:tc>
          <w:tcPr>
            <w:tcW w:type="dxa" w:w="25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Travel pace</w:t>
            </w:r>
          </w:p>
        </w:tc>
        <w:tc>
          <w:tcPr>
            <w:tcW w:type="dxa" w:w="74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Controls how full each day should feel.</w:t>
            </w:r>
          </w:p>
        </w:tc>
      </w:tr>
      <w:tr>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Food preferences</w:t>
            </w:r>
          </w:p>
        </w:tc>
        <w:tc>
          <w:tcPr>
            <w:tcW w:type="dxa" w:w="74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Guides restaurant and experience suggestions.</w:t>
            </w:r>
          </w:p>
        </w:tc>
      </w:tr>
      <w:tr>
        <w:tc>
          <w:tcPr>
            <w:tcW w:type="dxa" w:w="25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Walking limit</w:t>
            </w:r>
          </w:p>
        </w:tc>
        <w:tc>
          <w:tcPr>
            <w:tcW w:type="dxa" w:w="74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Reduces long walking segments when practical.</w:t>
            </w:r>
          </w:p>
        </w:tc>
      </w:tr>
      <w:tr>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Assistant preference</w:t>
            </w:r>
          </w:p>
        </w:tc>
        <w:tc>
          <w:tcPr>
            <w:tcW w:type="dxa" w:w="74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Controls whether Farivo suggests, organizes, optimizes free time, or finds alternatives.</w:t>
            </w:r>
          </w:p>
        </w:tc>
      </w:tr>
    </w:tbl>
    <w:p>
      <w:pPr>
        <w:spacing w:after="20"/>
        <w:widowControl/>
      </w:pPr>
    </w:p>
    <w:p>
      <w:pPr>
        <w:spacing w:before="100" w:after="120"/>
        <w:ind w:left="259"/>
        <w:widowControl/>
      </w:pPr>
      <w:r>
        <w:rPr>
          <w:rFonts w:ascii="Aptos" w:hAnsi="Aptos"/>
          <w:b/>
          <w:color w:val="2F8FA3"/>
          <w:sz w:val="20"/>
        </w:rPr>
        <w:t xml:space="preserve">Community privacy </w:t>
      </w:r>
      <w:r>
        <w:rPr>
          <w:rFonts w:ascii="Aptos" w:hAnsi="Aptos"/>
          <w:sz w:val="20"/>
        </w:rPr>
        <w:t>Your email, budget, food preferences, walking limit, trips, and private collections are not shown in your public community profile.</w:t>
      </w:r>
    </w:p>
    <w:p>
      <w:pPr>
        <w:pStyle w:val="Heading1"/>
        <w:keepNext/>
        <w:spacing w:before="240" w:after="100"/>
        <w:widowControl/>
      </w:pPr>
      <w:r>
        <w:t>Plan a trip with Farivo</w:t>
      </w:r>
    </w:p>
    <w:p>
      <w:pPr>
        <w:spacing w:before="80" w:after="80" w:line="259" w:lineRule="auto"/>
        <w:ind w:left="72" w:hanging="72"/>
        <w:widowControl/>
      </w:pPr>
      <w:r>
        <w:rPr>
          <w:rFonts w:ascii="Aptos" w:hAnsi="Aptos"/>
          <w:b/>
          <w:color w:val="000000"/>
          <w:sz w:val="21"/>
        </w:rPr>
        <w:t>1  Open Plan</w:t>
      </w:r>
      <w:r>
        <w:rPr>
          <w:rFonts w:ascii="Aptos" w:hAnsi="Aptos"/>
          <w:sz w:val="20"/>
        </w:rPr>
        <w:t xml:space="preserve">  Choose Plan in the bottom navigation or Plan with Farivo on Home.</w:t>
      </w:r>
    </w:p>
    <w:p>
      <w:pPr>
        <w:spacing w:before="80" w:after="80" w:line="259" w:lineRule="auto"/>
        <w:ind w:left="72" w:hanging="72"/>
        <w:widowControl/>
      </w:pPr>
      <w:r>
        <w:rPr>
          <w:rFonts w:ascii="Aptos" w:hAnsi="Aptos"/>
          <w:b/>
          <w:color w:val="000000"/>
          <w:sz w:val="21"/>
        </w:rPr>
        <w:t>2  Describe the complete request</w:t>
      </w:r>
      <w:r>
        <w:rPr>
          <w:rFonts w:ascii="Aptos" w:hAnsi="Aptos"/>
          <w:sz w:val="20"/>
        </w:rPr>
        <w:t xml:space="preserve">  Include the city and country, dates or number of days, departure city, budget, travelers, transportation, pace, interests, and any must-see places.</w:t>
      </w:r>
    </w:p>
    <w:p>
      <w:pPr>
        <w:spacing w:before="80" w:after="80" w:line="259" w:lineRule="auto"/>
        <w:ind w:left="72" w:hanging="72"/>
        <w:widowControl/>
      </w:pPr>
      <w:r>
        <w:rPr>
          <w:rFonts w:ascii="Aptos" w:hAnsi="Aptos"/>
          <w:b/>
          <w:color w:val="000000"/>
          <w:sz w:val="21"/>
        </w:rPr>
        <w:t>3  Send or dictate the request</w:t>
      </w:r>
      <w:r>
        <w:rPr>
          <w:rFonts w:ascii="Aptos" w:hAnsi="Aptos"/>
          <w:sz w:val="20"/>
        </w:rPr>
        <w:t xml:space="preserve">  Type in the message box and choose the arrow. If the microphone button is available, choose it and speak naturally.</w:t>
      </w:r>
    </w:p>
    <w:p>
      <w:pPr>
        <w:spacing w:before="80" w:after="80" w:line="259" w:lineRule="auto"/>
        <w:ind w:left="72" w:hanging="72"/>
        <w:widowControl/>
      </w:pPr>
      <w:r>
        <w:rPr>
          <w:rFonts w:ascii="Aptos" w:hAnsi="Aptos"/>
          <w:b/>
          <w:color w:val="000000"/>
          <w:sz w:val="21"/>
        </w:rPr>
        <w:t>4  Let Farivo finish</w:t>
      </w:r>
      <w:r>
        <w:rPr>
          <w:rFonts w:ascii="Aptos" w:hAnsi="Aptos"/>
          <w:sz w:val="20"/>
        </w:rPr>
        <w:t xml:space="preserve">  Longer plans continue through background processing and progress checks. Avoid sending the same request again while it is still processing.</w:t>
      </w:r>
    </w:p>
    <w:p>
      <w:pPr>
        <w:spacing w:before="80" w:after="80" w:line="259" w:lineRule="auto"/>
        <w:ind w:left="72" w:hanging="72"/>
        <w:widowControl/>
      </w:pPr>
      <w:r>
        <w:rPr>
          <w:rFonts w:ascii="Aptos" w:hAnsi="Aptos"/>
          <w:b/>
          <w:color w:val="000000"/>
          <w:sz w:val="21"/>
        </w:rPr>
        <w:t>5  Review the draft</w:t>
      </w:r>
      <w:r>
        <w:rPr>
          <w:rFonts w:ascii="Aptos" w:hAnsi="Aptos"/>
          <w:sz w:val="20"/>
        </w:rPr>
        <w:t xml:space="preserve">  Open Trip and check every day. Farivo creates a flexible plan; it does not make reservations or payments.</w:t>
      </w:r>
    </w:p>
    <w:p>
      <w:pPr>
        <w:pStyle w:val="Heading2"/>
        <w:keepNext/>
        <w:spacing w:before="160" w:after="100"/>
        <w:widowControl/>
      </w:pPr>
      <w:r>
        <w:t>A strong planning request</w:t>
      </w:r>
    </w:p>
    <w:p>
      <w:pPr>
        <w:spacing w:after="100" w:line="269" w:lineRule="auto"/>
        <w:widowControl/>
      </w:pPr>
      <w:r>
        <w:rPr>
          <w:rFonts w:ascii="Aptos" w:hAnsi="Aptos"/>
          <w:sz w:val="21"/>
        </w:rPr>
        <w:t>Plan a 14-day trip through Italy from Orlando for two adults in May. Focus on history and architecture, use trains between cities, keep walking moderate, include Rome, Florence, Venice, and Naples, and keep the land budget under $4,000. Use Naples, Italy for all tours and activities.</w:t>
      </w:r>
    </w:p>
    <w:p>
      <w:pPr>
        <w:spacing w:before="100" w:after="120"/>
        <w:ind w:left="259"/>
        <w:widowControl/>
      </w:pPr>
      <w:r>
        <w:rPr>
          <w:rFonts w:ascii="Aptos" w:hAnsi="Aptos"/>
          <w:b/>
          <w:color w:val="2F8FA3"/>
          <w:sz w:val="20"/>
        </w:rPr>
        <w:t xml:space="preserve">Avoid similarly named cities </w:t>
      </w:r>
      <w:r>
        <w:rPr>
          <w:rFonts w:ascii="Aptos" w:hAnsi="Aptos"/>
          <w:sz w:val="20"/>
        </w:rPr>
        <w:t>Include the country or region whenever a destination could be confused with another place, such as Naples, Italy versus Naples, Florida.</w:t>
      </w:r>
    </w:p>
    <w:p>
      <w:pPr>
        <w:pStyle w:val="Heading2"/>
        <w:keepNext/>
        <w:spacing w:before="160" w:after="100"/>
        <w:widowControl/>
      </w:pPr>
      <w:r>
        <w:t>Revise an active trip</w:t>
      </w:r>
    </w:p>
    <w:p>
      <w:pPr>
        <w:spacing w:after="100" w:line="269" w:lineRule="auto"/>
        <w:widowControl/>
      </w:pPr>
      <w:r>
        <w:rPr>
          <w:rFonts w:ascii="Aptos" w:hAnsi="Aptos"/>
          <w:sz w:val="21"/>
        </w:rPr>
        <w:t>Return to Plan and describe the change. Useful requests include Reduce walking, Improve route, Add a flexible backup activity, or Move one night from Rome to Florence. Farivo protects completed activities and selected hotels when it can.</w:t>
      </w:r>
    </w:p>
    <w:p>
      <w:pPr>
        <w:pStyle w:val="Heading1"/>
        <w:keepNext/>
        <w:spacing w:before="240" w:after="100"/>
        <w:widowControl/>
      </w:pPr>
      <w:r>
        <w:t>Switch between multiple trips</w:t>
      </w:r>
    </w:p>
    <w:p>
      <w:pPr>
        <w:spacing w:after="100" w:line="269" w:lineRule="auto"/>
        <w:widowControl/>
      </w:pPr>
      <w:r>
        <w:rPr>
          <w:rFonts w:ascii="Aptos" w:hAnsi="Aptos"/>
          <w:sz w:val="21"/>
        </w:rPr>
        <w:t>The active trip controls what appears on Home, Explore, Trip, Hotels, Flights, and Safety.</w:t>
      </w:r>
    </w:p>
    <w:p>
      <w:pPr>
        <w:spacing w:before="80" w:after="80" w:line="259" w:lineRule="auto"/>
        <w:ind w:left="72" w:hanging="72"/>
        <w:widowControl/>
      </w:pPr>
      <w:r>
        <w:rPr>
          <w:rFonts w:ascii="Aptos" w:hAnsi="Aptos"/>
          <w:b/>
          <w:color w:val="000000"/>
          <w:sz w:val="21"/>
        </w:rPr>
        <w:t>1  Open Home</w:t>
      </w:r>
      <w:r>
        <w:rPr>
          <w:rFonts w:ascii="Aptos" w:hAnsi="Aptos"/>
          <w:sz w:val="20"/>
        </w:rPr>
        <w:t xml:space="preserve">  Find the Your journeys section labeled Switch trips.</w:t>
      </w:r>
    </w:p>
    <w:p>
      <w:pPr>
        <w:spacing w:before="80" w:after="80" w:line="259" w:lineRule="auto"/>
        <w:ind w:left="72" w:hanging="72"/>
        <w:widowControl/>
      </w:pPr>
      <w:r>
        <w:rPr>
          <w:rFonts w:ascii="Aptos" w:hAnsi="Aptos"/>
          <w:b/>
          <w:color w:val="000000"/>
          <w:sz w:val="21"/>
        </w:rPr>
        <w:t>2  Choose a trip</w:t>
      </w:r>
      <w:r>
        <w:rPr>
          <w:rFonts w:ascii="Aptos" w:hAnsi="Aptos"/>
          <w:sz w:val="20"/>
        </w:rPr>
        <w:t xml:space="preserve">  Open the trip selector and select the itinerary you want to use.</w:t>
      </w:r>
    </w:p>
    <w:p>
      <w:pPr>
        <w:spacing w:before="80" w:after="80" w:line="259" w:lineRule="auto"/>
        <w:ind w:left="72" w:hanging="72"/>
        <w:widowControl/>
      </w:pPr>
      <w:r>
        <w:rPr>
          <w:rFonts w:ascii="Aptos" w:hAnsi="Aptos"/>
          <w:b/>
          <w:color w:val="000000"/>
          <w:sz w:val="21"/>
        </w:rPr>
        <w:t>3  Start another trip</w:t>
      </w:r>
      <w:r>
        <w:rPr>
          <w:rFonts w:ascii="Aptos" w:hAnsi="Aptos"/>
          <w:sz w:val="20"/>
        </w:rPr>
        <w:t xml:space="preserve">  Choose New trip, then describe it in Plan. The existing trip remains saved when your plan supports multiple trips.</w:t>
      </w:r>
    </w:p>
    <w:p>
      <w:pPr>
        <w:spacing w:before="80" w:after="80" w:line="259" w:lineRule="auto"/>
        <w:ind w:left="72" w:hanging="72"/>
        <w:widowControl/>
      </w:pPr>
      <w:r>
        <w:rPr>
          <w:rFonts w:ascii="Aptos" w:hAnsi="Aptos"/>
          <w:b/>
          <w:color w:val="000000"/>
          <w:sz w:val="21"/>
        </w:rPr>
        <w:t>4  Remove a trip carefully</w:t>
      </w:r>
      <w:r>
        <w:rPr>
          <w:rFonts w:ascii="Aptos" w:hAnsi="Aptos"/>
          <w:sz w:val="20"/>
        </w:rPr>
        <w:t xml:space="preserve">  Open the trip, choose Remove trip, and confirm only when you no longer need it.</w:t>
      </w:r>
    </w:p>
    <w:p>
      <w:pPr>
        <w:spacing w:before="100" w:after="120"/>
        <w:ind w:left="259"/>
        <w:widowControl/>
      </w:pPr>
      <w:r>
        <w:rPr>
          <w:rFonts w:ascii="Aptos" w:hAnsi="Aptos"/>
          <w:b/>
          <w:color w:val="2F8FA3"/>
          <w:sz w:val="20"/>
        </w:rPr>
        <w:t xml:space="preserve">Plan limit </w:t>
      </w:r>
      <w:r>
        <w:rPr>
          <w:rFonts w:ascii="Aptos" w:hAnsi="Aptos"/>
          <w:sz w:val="20"/>
        </w:rPr>
        <w:t>Free supports one saved trip. Plus and lifetime tester accounts support unlimited saved trips with easy switching.</w:t>
      </w:r>
    </w:p>
    <w:p>
      <w:pPr>
        <w:pStyle w:val="Heading1"/>
        <w:keepNext/>
        <w:spacing w:before="240" w:after="100"/>
        <w:widowControl/>
      </w:pPr>
      <w:r>
        <w:t>Explore places and tours</w:t>
      </w:r>
    </w:p>
    <w:p>
      <w:pPr>
        <w:spacing w:before="80" w:after="80" w:line="259" w:lineRule="auto"/>
        <w:ind w:left="72" w:hanging="72"/>
        <w:widowControl/>
      </w:pPr>
      <w:r>
        <w:rPr>
          <w:rFonts w:ascii="Aptos" w:hAnsi="Aptos"/>
          <w:b/>
          <w:color w:val="000000"/>
          <w:sz w:val="21"/>
        </w:rPr>
        <w:t>1  Open Explore</w:t>
      </w:r>
      <w:r>
        <w:rPr>
          <w:rFonts w:ascii="Aptos" w:hAnsi="Aptos"/>
          <w:sz w:val="20"/>
        </w:rPr>
        <w:t xml:space="preserve">  Choose the trip day or destination you want to explore.</w:t>
      </w:r>
    </w:p>
    <w:p>
      <w:pPr>
        <w:spacing w:before="80" w:after="80" w:line="259" w:lineRule="auto"/>
        <w:ind w:left="72" w:hanging="72"/>
        <w:widowControl/>
      </w:pPr>
      <w:r>
        <w:rPr>
          <w:rFonts w:ascii="Aptos" w:hAnsi="Aptos"/>
          <w:b/>
          <w:color w:val="000000"/>
          <w:sz w:val="21"/>
        </w:rPr>
        <w:t>2  Select a category</w:t>
      </w:r>
      <w:r>
        <w:rPr>
          <w:rFonts w:ascii="Aptos" w:hAnsi="Aptos"/>
          <w:sz w:val="20"/>
        </w:rPr>
        <w:t xml:space="preserve">  Use Top sights, Tours, History, Food, Transit, or Quiet, or enter your own search.</w:t>
      </w:r>
    </w:p>
    <w:p>
      <w:pPr>
        <w:spacing w:before="80" w:after="80" w:line="259" w:lineRule="auto"/>
        <w:ind w:left="72" w:hanging="72"/>
        <w:widowControl/>
      </w:pPr>
      <w:r>
        <w:rPr>
          <w:rFonts w:ascii="Aptos" w:hAnsi="Aptos"/>
          <w:b/>
          <w:color w:val="000000"/>
          <w:sz w:val="21"/>
        </w:rPr>
        <w:t>3  Check the location</w:t>
      </w:r>
      <w:r>
        <w:rPr>
          <w:rFonts w:ascii="Aptos" w:hAnsi="Aptos"/>
          <w:sz w:val="20"/>
        </w:rPr>
        <w:t xml:space="preserve">  Confirm that the day and destination show the intended city and country before choosing a result.</w:t>
      </w:r>
    </w:p>
    <w:p>
      <w:pPr>
        <w:spacing w:before="80" w:after="80" w:line="259" w:lineRule="auto"/>
        <w:ind w:left="72" w:hanging="72"/>
        <w:widowControl/>
      </w:pPr>
      <w:r>
        <w:rPr>
          <w:rFonts w:ascii="Aptos" w:hAnsi="Aptos"/>
          <w:b/>
          <w:color w:val="000000"/>
          <w:sz w:val="21"/>
        </w:rPr>
        <w:t>4  Compare the details</w:t>
      </w:r>
      <w:r>
        <w:rPr>
          <w:rFonts w:ascii="Aptos" w:hAnsi="Aptos"/>
          <w:sz w:val="20"/>
        </w:rPr>
        <w:t xml:space="preserve">  Review the location, rating, price, duration, and provider information when available.</w:t>
      </w:r>
    </w:p>
    <w:p>
      <w:pPr>
        <w:spacing w:before="80" w:after="80" w:line="259" w:lineRule="auto"/>
        <w:ind w:left="72" w:hanging="72"/>
        <w:widowControl/>
      </w:pPr>
      <w:r>
        <w:rPr>
          <w:rFonts w:ascii="Aptos" w:hAnsi="Aptos"/>
          <w:b/>
          <w:color w:val="000000"/>
          <w:sz w:val="21"/>
        </w:rPr>
        <w:t>5  Add or book</w:t>
      </w:r>
      <w:r>
        <w:rPr>
          <w:rFonts w:ascii="Aptos" w:hAnsi="Aptos"/>
          <w:sz w:val="20"/>
        </w:rPr>
        <w:t xml:space="preserve">  Use Add to day to place an item in the itinerary. Use View and book to open the provider website. Adding an item does not purchase it.</w:t>
      </w:r>
    </w:p>
    <w:p>
      <w:pPr>
        <w:pStyle w:val="Heading2"/>
        <w:keepNext/>
        <w:spacing w:before="160" w:after="100"/>
        <w:widowControl/>
      </w:pPr>
      <w:r>
        <w:t>Tour booking status</w:t>
      </w:r>
    </w:p>
    <w:p>
      <w:pPr>
        <w:spacing w:after="100" w:line="269" w:lineRule="auto"/>
        <w:widowControl/>
      </w:pPr>
      <w:r>
        <w:rPr>
          <w:rFonts w:ascii="Aptos" w:hAnsi="Aptos"/>
          <w:sz w:val="21"/>
        </w:rPr>
        <w:t>After purchasing through the provider, return to the itinerary, open the tour, and change the booking status to Booked. Add the final time, price, and confirmation details. This keeps the itinerary accurate and helps Farivo detect scheduling conflicts.</w:t>
      </w:r>
    </w:p>
    <w:p>
      <w:pPr>
        <w:pStyle w:val="Heading2"/>
        <w:keepNext/>
        <w:spacing w:before="160" w:after="100"/>
        <w:widowControl/>
      </w:pPr>
      <w:r>
        <w:t>Use current location</w:t>
      </w:r>
    </w:p>
    <w:p>
      <w:pPr>
        <w:spacing w:after="100" w:line="269" w:lineRule="auto"/>
        <w:widowControl/>
      </w:pPr>
      <w:r>
        <w:rPr>
          <w:rFonts w:ascii="Aptos" w:hAnsi="Aptos"/>
          <w:sz w:val="21"/>
        </w:rPr>
        <w:t>Choose the location button in Explore only when you want nearby results. For a planned destination, choose the appropriate trip day instead so the search stays anchored to that city rather than your current position.</w:t>
      </w:r>
    </w:p>
    <w:p>
      <w:pPr>
        <w:pStyle w:val="Heading1"/>
        <w:keepNext/>
        <w:spacing w:before="240" w:after="100"/>
        <w:widowControl/>
      </w:pPr>
      <w:r>
        <w:t>Manage the itinerary</w:t>
      </w:r>
    </w:p>
    <w:p>
      <w:pPr>
        <w:spacing w:after="100" w:line="269" w:lineRule="auto"/>
        <w:widowControl/>
      </w:pPr>
      <w:r>
        <w:rPr>
          <w:rFonts w:ascii="Aptos" w:hAnsi="Aptos"/>
          <w:sz w:val="21"/>
        </w:rPr>
        <w:t>Open Trip to review the complete day-by-day plan. Each activity stays connected to its day and location.</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088"/>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Control</w:t>
            </w:r>
          </w:p>
        </w:tc>
        <w:tc>
          <w:tcPr>
            <w:tcW w:type="dxa" w:w="7920"/>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What it does</w:t>
            </w:r>
          </w:p>
        </w:tc>
      </w:tr>
      <w:t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Complete</w:t>
            </w:r>
          </w:p>
        </w:tc>
        <w:tc>
          <w:tcPr>
            <w:tcW w:type="dxa" w:w="79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Marks an activity finished. Choose Undo to reopen it.</w:t>
            </w:r>
          </w:p>
        </w:tc>
      </w:tr>
      <w:tr>
        <w:tc>
          <w:tcPr>
            <w:tcW w:type="dxa" w:w="20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Directions</w:t>
            </w:r>
          </w:p>
        </w:tc>
        <w:tc>
          <w:tcPr>
            <w:tcW w:type="dxa" w:w="79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Opens directions from the prior stop or to the selected activity.</w:t>
            </w:r>
          </w:p>
        </w:tc>
      </w:tr>
      <w:t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Edit</w:t>
            </w:r>
          </w:p>
        </w:tc>
        <w:tc>
          <w:tcPr>
            <w:tcW w:type="dxa" w:w="79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Changes the activity name, time, price, notes, location, or booking details.</w:t>
            </w:r>
          </w:p>
        </w:tc>
      </w:tr>
      <w:tr>
        <w:tc>
          <w:tcPr>
            <w:tcW w:type="dxa" w:w="20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Earlier</w:t>
            </w:r>
          </w:p>
        </w:tc>
        <w:tc>
          <w:tcPr>
            <w:tcW w:type="dxa" w:w="79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Moves an activity earlier in the same day.</w:t>
            </w:r>
          </w:p>
        </w:tc>
      </w:tr>
      <w:t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Add activity</w:t>
            </w:r>
          </w:p>
        </w:tc>
        <w:tc>
          <w:tcPr>
            <w:tcW w:type="dxa" w:w="79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Adds a place, reservation, note, or flexible activity to that day.</w:t>
            </w:r>
          </w:p>
        </w:tc>
      </w:tr>
      <w:tr>
        <w:tc>
          <w:tcPr>
            <w:tcW w:type="dxa" w:w="208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Open day route</w:t>
            </w:r>
          </w:p>
        </w:tc>
        <w:tc>
          <w:tcPr>
            <w:tcW w:type="dxa" w:w="792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Opens the day route in maps.</w:t>
            </w:r>
          </w:p>
        </w:tc>
      </w:tr>
      <w:tr>
        <w:tc>
          <w:tcPr>
            <w:tcW w:type="dxa" w:w="20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Share day</w:t>
            </w:r>
          </w:p>
        </w:tc>
        <w:tc>
          <w:tcPr>
            <w:tcW w:type="dxa" w:w="79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Shares a readable summary of one day without sharing the entire trip.</w:t>
            </w:r>
          </w:p>
        </w:tc>
      </w:tr>
    </w:tbl>
    <w:p>
      <w:pPr>
        <w:spacing w:after="20"/>
        <w:widowControl/>
      </w:pPr>
    </w:p>
    <w:p>
      <w:pPr>
        <w:spacing w:before="100" w:after="120"/>
        <w:ind w:left="259"/>
        <w:widowControl/>
      </w:pPr>
      <w:r>
        <w:rPr>
          <w:rFonts w:ascii="Aptos" w:hAnsi="Aptos"/>
          <w:b/>
          <w:color w:val="2F8FA3"/>
          <w:sz w:val="20"/>
        </w:rPr>
        <w:t xml:space="preserve">Schedule conflicts </w:t>
      </w:r>
      <w:r>
        <w:rPr>
          <w:rFonts w:ascii="Aptos" w:hAnsi="Aptos"/>
          <w:sz w:val="20"/>
        </w:rPr>
        <w:t>When a new time overlaps another activity, review Farivo’s options before rescheduling or removing anything.</w:t>
      </w:r>
    </w:p>
    <w:p>
      <w:pPr>
        <w:pStyle w:val="Heading1"/>
        <w:keepNext/>
        <w:spacing w:before="240" w:after="100"/>
        <w:widowControl/>
      </w:pPr>
      <w:r>
        <w:t>Organize hotels</w:t>
      </w:r>
    </w:p>
    <w:p>
      <w:pPr>
        <w:spacing w:before="80" w:after="80" w:line="259" w:lineRule="auto"/>
        <w:ind w:left="72" w:hanging="72"/>
        <w:widowControl/>
      </w:pPr>
      <w:r>
        <w:rPr>
          <w:rFonts w:ascii="Aptos" w:hAnsi="Aptos"/>
          <w:b/>
          <w:color w:val="000000"/>
          <w:sz w:val="21"/>
        </w:rPr>
        <w:t>1  Open Hotels</w:t>
      </w:r>
      <w:r>
        <w:rPr>
          <w:rFonts w:ascii="Aptos" w:hAnsi="Aptos"/>
          <w:sz w:val="20"/>
        </w:rPr>
        <w:t xml:space="preserve">  Use the Home shortcut or hotel recommendations page.</w:t>
      </w:r>
    </w:p>
    <w:p>
      <w:pPr>
        <w:spacing w:before="80" w:after="80" w:line="259" w:lineRule="auto"/>
        <w:ind w:left="72" w:hanging="72"/>
        <w:widowControl/>
      </w:pPr>
      <w:r>
        <w:rPr>
          <w:rFonts w:ascii="Aptos" w:hAnsi="Aptos"/>
          <w:b/>
          <w:color w:val="000000"/>
          <w:sz w:val="21"/>
        </w:rPr>
        <w:t>2  Choose the overnight city</w:t>
      </w:r>
      <w:r>
        <w:rPr>
          <w:rFonts w:ascii="Aptos" w:hAnsi="Aptos"/>
          <w:sz w:val="20"/>
        </w:rPr>
        <w:t xml:space="preserve">  Confirm the stop, check-in date, checkout date, guests, and rooms.</w:t>
      </w:r>
    </w:p>
    <w:p>
      <w:pPr>
        <w:spacing w:before="80" w:after="80" w:line="259" w:lineRule="auto"/>
        <w:ind w:left="72" w:hanging="72"/>
        <w:widowControl/>
      </w:pPr>
      <w:r>
        <w:rPr>
          <w:rFonts w:ascii="Aptos" w:hAnsi="Aptos"/>
          <w:b/>
          <w:color w:val="000000"/>
          <w:sz w:val="21"/>
        </w:rPr>
        <w:t>3  Compare recommendations</w:t>
      </w:r>
      <w:r>
        <w:rPr>
          <w:rFonts w:ascii="Aptos" w:hAnsi="Aptos"/>
          <w:sz w:val="20"/>
        </w:rPr>
        <w:t xml:space="preserve">  Review the suggested stay style and neighborhood for each stop.</w:t>
      </w:r>
    </w:p>
    <w:p>
      <w:pPr>
        <w:spacing w:before="80" w:after="80" w:line="259" w:lineRule="auto"/>
        <w:ind w:left="72" w:hanging="72"/>
        <w:widowControl/>
      </w:pPr>
      <w:r>
        <w:rPr>
          <w:rFonts w:ascii="Aptos" w:hAnsi="Aptos"/>
          <w:b/>
          <w:color w:val="000000"/>
          <w:sz w:val="21"/>
        </w:rPr>
        <w:t>4  Search a provider</w:t>
      </w:r>
      <w:r>
        <w:rPr>
          <w:rFonts w:ascii="Aptos" w:hAnsi="Aptos"/>
          <w:sz w:val="20"/>
        </w:rPr>
        <w:t xml:space="preserve">  Continue to Google Hotels, Booking.com, Expedia, or another listed provider to confirm availability and complete the reservation.</w:t>
      </w:r>
    </w:p>
    <w:p>
      <w:pPr>
        <w:spacing w:before="80" w:after="80" w:line="259" w:lineRule="auto"/>
        <w:ind w:left="72" w:hanging="72"/>
        <w:widowControl/>
      </w:pPr>
      <w:r>
        <w:rPr>
          <w:rFonts w:ascii="Aptos" w:hAnsi="Aptos"/>
          <w:b/>
          <w:color w:val="000000"/>
          <w:sz w:val="21"/>
        </w:rPr>
        <w:t>5  Record the choice</w:t>
      </w:r>
      <w:r>
        <w:rPr>
          <w:rFonts w:ascii="Aptos" w:hAnsi="Aptos"/>
          <w:sz w:val="20"/>
        </w:rPr>
        <w:t xml:space="preserve">  Save the selected hotel information in the trip after booking.</w:t>
      </w:r>
    </w:p>
    <w:p>
      <w:pPr>
        <w:pStyle w:val="Heading1"/>
        <w:keepNext/>
        <w:spacing w:before="240" w:after="100"/>
        <w:widowControl/>
      </w:pPr>
      <w:r>
        <w:t>Organize flights</w:t>
      </w:r>
    </w:p>
    <w:p>
      <w:pPr>
        <w:spacing w:before="80" w:after="80" w:line="259" w:lineRule="auto"/>
        <w:ind w:left="72" w:hanging="72"/>
        <w:widowControl/>
      </w:pPr>
      <w:r>
        <w:rPr>
          <w:rFonts w:ascii="Aptos" w:hAnsi="Aptos"/>
          <w:b/>
          <w:color w:val="000000"/>
          <w:sz w:val="21"/>
        </w:rPr>
        <w:t>1  Open Flights</w:t>
      </w:r>
      <w:r>
        <w:rPr>
          <w:rFonts w:ascii="Aptos" w:hAnsi="Aptos"/>
          <w:sz w:val="20"/>
        </w:rPr>
        <w:t xml:space="preserve">  Farivo builds the route from the first and final destinations in the itinerary.</w:t>
      </w:r>
    </w:p>
    <w:p>
      <w:pPr>
        <w:spacing w:before="80" w:after="80" w:line="259" w:lineRule="auto"/>
        <w:ind w:left="72" w:hanging="72"/>
        <w:widowControl/>
      </w:pPr>
      <w:r>
        <w:rPr>
          <w:rFonts w:ascii="Aptos" w:hAnsi="Aptos"/>
          <w:b/>
          <w:color w:val="000000"/>
          <w:sz w:val="21"/>
        </w:rPr>
        <w:t>2  Search for flights</w:t>
      </w:r>
      <w:r>
        <w:rPr>
          <w:rFonts w:ascii="Aptos" w:hAnsi="Aptos"/>
          <w:sz w:val="20"/>
        </w:rPr>
        <w:t xml:space="preserve">  Use the provider link and complete the purchase outside Farivo.</w:t>
      </w:r>
    </w:p>
    <w:p>
      <w:pPr>
        <w:spacing w:before="80" w:after="80" w:line="259" w:lineRule="auto"/>
        <w:ind w:left="72" w:hanging="72"/>
        <w:widowControl/>
      </w:pPr>
      <w:r>
        <w:rPr>
          <w:rFonts w:ascii="Aptos" w:hAnsi="Aptos"/>
          <w:b/>
          <w:color w:val="000000"/>
          <w:sz w:val="21"/>
        </w:rPr>
        <w:t>3  Add flight details</w:t>
      </w:r>
      <w:r>
        <w:rPr>
          <w:rFonts w:ascii="Aptos" w:hAnsi="Aptos"/>
          <w:sz w:val="20"/>
        </w:rPr>
        <w:t xml:space="preserve">  Enter or paste the itinerary, then verify airport codes, dates, times, airline, flight numbers, travelers, and price.</w:t>
      </w:r>
    </w:p>
    <w:p>
      <w:pPr>
        <w:spacing w:before="80" w:after="80" w:line="259" w:lineRule="auto"/>
        <w:ind w:left="72" w:hanging="72"/>
        <w:widowControl/>
      </w:pPr>
      <w:r>
        <w:rPr>
          <w:rFonts w:ascii="Aptos" w:hAnsi="Aptos"/>
          <w:b/>
          <w:color w:val="000000"/>
          <w:sz w:val="21"/>
        </w:rPr>
        <w:t>4  Choose the correct status</w:t>
      </w:r>
      <w:r>
        <w:rPr>
          <w:rFonts w:ascii="Aptos" w:hAnsi="Aptos"/>
          <w:sz w:val="20"/>
        </w:rPr>
        <w:t xml:space="preserve">  Use Selected while comparing. Change it to Booked only after payment is complete.</w:t>
      </w:r>
    </w:p>
    <w:p>
      <w:pPr>
        <w:spacing w:before="80" w:after="80" w:line="259" w:lineRule="auto"/>
        <w:ind w:left="72" w:hanging="72"/>
        <w:widowControl/>
      </w:pPr>
      <w:r>
        <w:rPr>
          <w:rFonts w:ascii="Aptos" w:hAnsi="Aptos"/>
          <w:b/>
          <w:color w:val="000000"/>
          <w:sz w:val="21"/>
        </w:rPr>
        <w:t>5  Save confirmation details</w:t>
      </w:r>
      <w:r>
        <w:rPr>
          <w:rFonts w:ascii="Aptos" w:hAnsi="Aptos"/>
          <w:sz w:val="20"/>
        </w:rPr>
        <w:t xml:space="preserve">  Add the confirmation number and notes after booking.</w:t>
      </w:r>
    </w:p>
    <w:p>
      <w:pPr>
        <w:pStyle w:val="Heading1"/>
        <w:keepNext/>
        <w:spacing w:before="240" w:after="100"/>
        <w:widowControl/>
      </w:pPr>
      <w:r>
        <w:t>Share and collaborate</w:t>
      </w:r>
    </w:p>
    <w:p>
      <w:pPr>
        <w:pStyle w:val="Heading2"/>
        <w:keepNext/>
        <w:spacing w:before="160" w:after="100"/>
        <w:widowControl/>
      </w:pPr>
      <w:r>
        <w:t>Share an entire trip</w:t>
      </w:r>
    </w:p>
    <w:p>
      <w:pPr>
        <w:spacing w:before="80" w:after="80" w:line="259" w:lineRule="auto"/>
        <w:ind w:left="72" w:hanging="72"/>
        <w:widowControl/>
      </w:pPr>
      <w:r>
        <w:rPr>
          <w:rFonts w:ascii="Aptos" w:hAnsi="Aptos"/>
          <w:b/>
          <w:color w:val="000000"/>
          <w:sz w:val="21"/>
        </w:rPr>
        <w:t>1  Open Trip</w:t>
      </w:r>
      <w:r>
        <w:rPr>
          <w:rFonts w:ascii="Aptos" w:hAnsi="Aptos"/>
          <w:sz w:val="20"/>
        </w:rPr>
        <w:t xml:space="preserve">  Choose Share entire trip.</w:t>
      </w:r>
    </w:p>
    <w:p>
      <w:pPr>
        <w:spacing w:before="80" w:after="80" w:line="259" w:lineRule="auto"/>
        <w:ind w:left="72" w:hanging="72"/>
        <w:widowControl/>
      </w:pPr>
      <w:r>
        <w:rPr>
          <w:rFonts w:ascii="Aptos" w:hAnsi="Aptos"/>
          <w:b/>
          <w:color w:val="000000"/>
          <w:sz w:val="21"/>
        </w:rPr>
        <w:t>2  Choose permission</w:t>
      </w:r>
      <w:r>
        <w:rPr>
          <w:rFonts w:ascii="Aptos" w:hAnsi="Aptos"/>
          <w:sz w:val="20"/>
        </w:rPr>
        <w:t xml:space="preserve">  Select view only, copy, or collaborate, depending on what the recipient should be able to do.</w:t>
      </w:r>
    </w:p>
    <w:p>
      <w:pPr>
        <w:spacing w:before="80" w:after="80" w:line="259" w:lineRule="auto"/>
        <w:ind w:left="72" w:hanging="72"/>
        <w:widowControl/>
      </w:pPr>
      <w:r>
        <w:rPr>
          <w:rFonts w:ascii="Aptos" w:hAnsi="Aptos"/>
          <w:b/>
          <w:color w:val="000000"/>
          <w:sz w:val="21"/>
        </w:rPr>
        <w:t>3  Create the link</w:t>
      </w:r>
      <w:r>
        <w:rPr>
          <w:rFonts w:ascii="Aptos" w:hAnsi="Aptos"/>
          <w:sz w:val="20"/>
        </w:rPr>
        <w:t xml:space="preserve">  Choose Create secure link, then copy or share it with the intended people.</w:t>
      </w:r>
    </w:p>
    <w:p>
      <w:pPr>
        <w:spacing w:before="80" w:after="80" w:line="259" w:lineRule="auto"/>
        <w:ind w:left="72" w:hanging="72"/>
        <w:widowControl/>
      </w:pPr>
      <w:r>
        <w:rPr>
          <w:rFonts w:ascii="Aptos" w:hAnsi="Aptos"/>
          <w:b/>
          <w:color w:val="000000"/>
          <w:sz w:val="21"/>
        </w:rPr>
        <w:t>4  Manage access</w:t>
      </w:r>
      <w:r>
        <w:rPr>
          <w:rFonts w:ascii="Aptos" w:hAnsi="Aptos"/>
          <w:sz w:val="20"/>
        </w:rPr>
        <w:t xml:space="preserve">  Use People on this trip to review collaborators, change roles, see recent changes, or restore an earlier version.</w:t>
      </w:r>
    </w:p>
    <w:p>
      <w:pPr>
        <w:spacing w:before="80" w:after="80" w:line="259" w:lineRule="auto"/>
        <w:ind w:left="72" w:hanging="72"/>
        <w:widowControl/>
      </w:pPr>
      <w:r>
        <w:rPr>
          <w:rFonts w:ascii="Aptos" w:hAnsi="Aptos"/>
          <w:b/>
          <w:color w:val="000000"/>
          <w:sz w:val="21"/>
        </w:rPr>
        <w:t>5  Revoke when finished</w:t>
      </w:r>
      <w:r>
        <w:rPr>
          <w:rFonts w:ascii="Aptos" w:hAnsi="Aptos"/>
          <w:sz w:val="20"/>
        </w:rPr>
        <w:t xml:space="preserve">  Choose Revoke this link to stop future access through that link.</w:t>
      </w:r>
    </w:p>
    <w:p>
      <w:pPr>
        <w:spacing w:before="100" w:after="120"/>
        <w:ind w:left="259"/>
        <w:widowControl/>
      </w:pPr>
      <w:r>
        <w:rPr>
          <w:rFonts w:ascii="Aptos" w:hAnsi="Aptos"/>
          <w:b/>
          <w:color w:val="2F8FA3"/>
          <w:sz w:val="20"/>
        </w:rPr>
        <w:t xml:space="preserve">Private information </w:t>
      </w:r>
      <w:r>
        <w:rPr>
          <w:rFonts w:ascii="Aptos" w:hAnsi="Aptos"/>
          <w:sz w:val="20"/>
        </w:rPr>
        <w:t>Shared itineraries exclude booking confirmation numbers, personal notes, and private account details. Links expire after 30 days unless revoked sooner.</w:t>
      </w:r>
    </w:p>
    <w:p>
      <w:pPr>
        <w:pStyle w:val="Heading1"/>
        <w:keepNext/>
        <w:spacing w:before="240" w:after="100"/>
        <w:widowControl/>
      </w:pPr>
      <w:r>
        <w:t>Use Farivo during the trip</w:t>
      </w:r>
    </w:p>
    <w:p>
      <w:pPr>
        <w:pStyle w:val="Heading2"/>
        <w:keepNext/>
        <w:spacing w:before="160" w:after="100"/>
        <w:widowControl/>
      </w:pPr>
      <w:r>
        <w:t>Home and today</w:t>
      </w:r>
    </w:p>
    <w:p>
      <w:pPr>
        <w:spacing w:after="100" w:line="269" w:lineRule="auto"/>
        <w:widowControl/>
      </w:pPr>
      <w:r>
        <w:rPr>
          <w:rFonts w:ascii="Aptos" w:hAnsi="Aptos"/>
          <w:sz w:val="21"/>
        </w:rPr>
        <w:t>Home shows the active trip, the current day, readiness items, and useful next actions. Check that the correct trip is active before using today’s information.</w:t>
      </w:r>
    </w:p>
    <w:p>
      <w:pPr>
        <w:pStyle w:val="Heading2"/>
        <w:keepNext/>
        <w:spacing w:before="160" w:after="100"/>
        <w:widowControl/>
      </w:pPr>
      <w:r>
        <w:t>Directions and route changes</w:t>
      </w:r>
    </w:p>
    <w:p>
      <w:pPr>
        <w:pStyle w:val="ListBullet"/>
        <w:spacing w:after="60" w:line="259" w:lineRule="auto"/>
        <w:widowControl/>
      </w:pPr>
      <w:r>
        <w:rPr>
          <w:rFonts w:ascii="Aptos" w:hAnsi="Aptos"/>
          <w:sz w:val="20"/>
        </w:rPr>
        <w:t>Use Directions beside an activity to open the route in maps.</w:t>
      </w:r>
    </w:p>
    <w:p>
      <w:pPr>
        <w:pStyle w:val="ListBullet"/>
        <w:spacing w:after="60" w:line="259" w:lineRule="auto"/>
        <w:widowControl/>
      </w:pPr>
      <w:r>
        <w:rPr>
          <w:rFonts w:ascii="Aptos" w:hAnsi="Aptos"/>
          <w:sz w:val="20"/>
        </w:rPr>
        <w:t>Use Open day route to see the full day sequence.</w:t>
      </w:r>
    </w:p>
    <w:p>
      <w:pPr>
        <w:pStyle w:val="ListBullet"/>
        <w:spacing w:after="60" w:line="259" w:lineRule="auto"/>
        <w:widowControl/>
      </w:pPr>
      <w:r>
        <w:rPr>
          <w:rFonts w:ascii="Aptos" w:hAnsi="Aptos"/>
          <w:sz w:val="20"/>
        </w:rPr>
        <w:t>When plans change, ask Farivo to reduce walking, move an activity, add a backup, or find an alternative.</w:t>
      </w:r>
    </w:p>
    <w:p>
      <w:pPr>
        <w:pStyle w:val="ListBullet"/>
        <w:spacing w:after="60" w:line="259" w:lineRule="auto"/>
        <w:widowControl/>
      </w:pPr>
      <w:r>
        <w:rPr>
          <w:rFonts w:ascii="Aptos" w:hAnsi="Aptos"/>
          <w:sz w:val="20"/>
        </w:rPr>
        <w:t>Review every suggested schedule or route change before applying it.</w:t>
      </w:r>
    </w:p>
    <w:p>
      <w:pPr>
        <w:pStyle w:val="Heading2"/>
        <w:keepNext/>
        <w:spacing w:before="160" w:after="100"/>
        <w:widowControl/>
      </w:pPr>
      <w:r>
        <w:t>Safety tools</w:t>
      </w:r>
    </w:p>
    <w:p>
      <w:pPr>
        <w:pStyle w:val="ListBullet"/>
        <w:spacing w:after="60" w:line="259" w:lineRule="auto"/>
        <w:widowControl/>
      </w:pPr>
      <w:r>
        <w:rPr>
          <w:rFonts w:ascii="Aptos" w:hAnsi="Aptos"/>
          <w:sz w:val="20"/>
        </w:rPr>
        <w:t>Get me back opens directions to the active trip or saved hotel.</w:t>
      </w:r>
    </w:p>
    <w:p>
      <w:pPr>
        <w:pStyle w:val="ListBullet"/>
        <w:spacing w:after="60" w:line="259" w:lineRule="auto"/>
        <w:widowControl/>
      </w:pPr>
      <w:r>
        <w:rPr>
          <w:rFonts w:ascii="Aptos" w:hAnsi="Aptos"/>
          <w:sz w:val="20"/>
        </w:rPr>
        <w:t>Share I’m safe creates a one-time check-in that you control.</w:t>
      </w:r>
    </w:p>
    <w:p>
      <w:pPr>
        <w:pStyle w:val="ListBullet"/>
        <w:spacing w:after="60" w:line="259" w:lineRule="auto"/>
        <w:widowControl/>
      </w:pPr>
      <w:r>
        <w:rPr>
          <w:rFonts w:ascii="Aptos" w:hAnsi="Aptos"/>
          <w:sz w:val="20"/>
        </w:rPr>
        <w:t>Use nearby help to locate police, staffed hotels, transit stations, or official travel assistance.</w:t>
      </w:r>
    </w:p>
    <w:p>
      <w:pPr>
        <w:pStyle w:val="ListBullet"/>
        <w:spacing w:after="60" w:line="259" w:lineRule="auto"/>
        <w:widowControl/>
      </w:pPr>
      <w:r>
        <w:rPr>
          <w:rFonts w:ascii="Aptos" w:hAnsi="Aptos"/>
          <w:sz w:val="20"/>
        </w:rPr>
        <w:t>Review official destination advisories before travel.</w:t>
      </w:r>
    </w:p>
    <w:p>
      <w:pPr>
        <w:spacing w:before="100" w:after="120"/>
        <w:ind w:left="259"/>
        <w:widowControl/>
      </w:pPr>
      <w:r>
        <w:rPr>
          <w:rFonts w:ascii="Aptos" w:hAnsi="Aptos"/>
          <w:b/>
          <w:color w:val="2F8FA3"/>
          <w:sz w:val="20"/>
        </w:rPr>
        <w:t xml:space="preserve">Urgent danger </w:t>
      </w:r>
      <w:r>
        <w:rPr>
          <w:rFonts w:ascii="Aptos" w:hAnsi="Aptos"/>
          <w:sz w:val="20"/>
        </w:rPr>
        <w:t>Contact local authorities directly. Farivo does not place emergency calls or contact assistance for you.</w:t>
      </w:r>
    </w:p>
    <w:p>
      <w:pPr>
        <w:pStyle w:val="Heading1"/>
        <w:keepNext/>
        <w:spacing w:before="240" w:after="100"/>
        <w:widowControl/>
      </w:pPr>
      <w:r>
        <w:t>Plans and account access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3672"/>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Feature</w:t>
            </w:r>
          </w:p>
        </w:tc>
        <w:tc>
          <w:tcPr>
            <w:tcW w:type="dxa" w:w="2880"/>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Free</w:t>
            </w:r>
          </w:p>
        </w:tc>
        <w:tc>
          <w:tcPr>
            <w:tcW w:type="dxa" w:w="3528"/>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Plus or lifetime tester</w:t>
            </w:r>
          </w:p>
        </w:tc>
      </w:tr>
      <w:tr>
        <w:tc>
          <w:tcPr>
            <w:tcW w:type="dxa" w:w="36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Saved trips</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One active trip</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Unlimited saved trips with switching</w:t>
            </w:r>
          </w:p>
        </w:tc>
      </w:tr>
      <w:tr>
        <w:tc>
          <w:tcPr>
            <w:tcW w:type="dxa" w:w="3672"/>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Trip length</w:t>
            </w:r>
          </w:p>
        </w:tc>
        <w:tc>
          <w:tcPr>
            <w:tcW w:type="dxa" w:w="288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Up to 10 days</w:t>
            </w:r>
          </w:p>
        </w:tc>
        <w:tc>
          <w:tcPr>
            <w:tcW w:type="dxa" w:w="352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Up to 30 days</w:t>
            </w:r>
          </w:p>
        </w:tc>
      </w:tr>
      <w:tr>
        <w:tc>
          <w:tcPr>
            <w:tcW w:type="dxa" w:w="36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Planning requests</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5 each month</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100 each month</w:t>
            </w:r>
          </w:p>
        </w:tc>
      </w:tr>
      <w:tr>
        <w:tc>
          <w:tcPr>
            <w:tcW w:type="dxa" w:w="3672"/>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Cloud sync and editing</w:t>
            </w:r>
          </w:p>
        </w:tc>
        <w:tc>
          <w:tcPr>
            <w:tcW w:type="dxa" w:w="288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c>
          <w:tcPr>
            <w:tcW w:type="dxa" w:w="352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r>
      <w:tr>
        <w:tc>
          <w:tcPr>
            <w:tcW w:type="dxa" w:w="36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View or copy sharing</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r>
      <w:tr>
        <w:tc>
          <w:tcPr>
            <w:tcW w:type="dxa" w:w="3672"/>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Live collaboration</w:t>
            </w:r>
          </w:p>
        </w:tc>
        <w:tc>
          <w:tcPr>
            <w:tcW w:type="dxa" w:w="288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Not included</w:t>
            </w:r>
          </w:p>
        </w:tc>
        <w:tc>
          <w:tcPr>
            <w:tcW w:type="dxa" w:w="352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r>
      <w:tr>
        <w:tc>
          <w:tcPr>
            <w:tcW w:type="dxa" w:w="3672"/>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Trip Rescue and advanced adjustments</w:t>
            </w:r>
          </w:p>
        </w:tc>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Not included</w:t>
            </w:r>
          </w:p>
        </w:tc>
        <w:tc>
          <w:tcPr>
            <w:tcW w:type="dxa" w:w="35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r>
      <w:tr>
        <w:tc>
          <w:tcPr>
            <w:tcW w:type="dxa" w:w="3672"/>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Offline map preparation and PDF export</w:t>
            </w:r>
          </w:p>
        </w:tc>
        <w:tc>
          <w:tcPr>
            <w:tcW w:type="dxa" w:w="2880"/>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Not included</w:t>
            </w:r>
          </w:p>
        </w:tc>
        <w:tc>
          <w:tcPr>
            <w:tcW w:type="dxa" w:w="3528"/>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Included</w:t>
            </w:r>
          </w:p>
        </w:tc>
      </w:tr>
    </w:tbl>
    <w:p>
      <w:pPr>
        <w:spacing w:after="20"/>
        <w:widowControl/>
      </w:pPr>
    </w:p>
    <w:p>
      <w:pPr>
        <w:spacing w:after="100" w:line="269" w:lineRule="auto"/>
        <w:widowControl/>
      </w:pPr>
      <w:r>
        <w:rPr>
          <w:rFonts w:ascii="Aptos" w:hAnsi="Aptos"/>
          <w:sz w:val="21"/>
        </w:rPr>
        <w:t>Approved lifetime testers receive Plus features without a subscription fee, card, or paid trial. Sign in with the approved verified email, open Profile, and choose Refresh tester access.</w:t>
      </w:r>
    </w:p>
    <w:p>
      <w:pPr>
        <w:pStyle w:val="Heading1"/>
        <w:keepNext/>
        <w:spacing w:before="240" w:after="100"/>
        <w:widowControl/>
      </w:pPr>
      <w:r>
        <w:t>Troubleshooting</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384"/>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Problem</w:t>
            </w:r>
          </w:p>
        </w:tc>
        <w:tc>
          <w:tcPr>
            <w:tcW w:type="dxa" w:w="6696"/>
            <w:shd w:fill="0B1830"/>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jc w:val="left"/>
            </w:pPr>
            <w:r>
              <w:rPr>
                <w:rFonts w:ascii="Aptos" w:hAnsi="Aptos"/>
                <w:b/>
                <w:color w:val="FFFFFF"/>
                <w:sz w:val="18"/>
              </w:rPr>
              <w:t>What to do</w:t>
            </w:r>
          </w:p>
        </w:tc>
      </w:tr>
      <w:tr>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The wrong city appears</w:t>
            </w:r>
          </w:p>
        </w:tc>
        <w:tc>
          <w:tcPr>
            <w:tcW w:type="dxa" w:w="66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Choose the trip day and search with city plus country, such as Naples, Italy.</w:t>
            </w:r>
          </w:p>
        </w:tc>
      </w:tr>
      <w:tr>
        <w:tc>
          <w:tcPr>
            <w:tcW w:type="dxa" w:w="3384"/>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The plan is still processing</w:t>
            </w:r>
          </w:p>
        </w:tc>
        <w:tc>
          <w:tcPr>
            <w:tcW w:type="dxa" w:w="6696"/>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Keep Farivo open and wait for the progress checks. Do not submit the same request twice.</w:t>
            </w:r>
          </w:p>
        </w:tc>
      </w:tr>
      <w:tr>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The plan stopped after a connection drop</w:t>
            </w:r>
          </w:p>
        </w:tc>
        <w:tc>
          <w:tcPr>
            <w:tcW w:type="dxa" w:w="66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Reconnect to the internet, reopen Plan, and allow Farivo to resume the pending request.</w:t>
            </w:r>
          </w:p>
        </w:tc>
      </w:tr>
      <w:tr>
        <w:tc>
          <w:tcPr>
            <w:tcW w:type="dxa" w:w="3384"/>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 14-day trip is limited to 10 days</w:t>
            </w:r>
          </w:p>
        </w:tc>
        <w:tc>
          <w:tcPr>
            <w:tcW w:type="dxa" w:w="6696"/>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Open Profile and confirm that Plus or lifetime tester access is active, then refresh access.</w:t>
            </w:r>
          </w:p>
        </w:tc>
      </w:tr>
      <w:tr>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Cloud data is missing</w:t>
            </w:r>
          </w:p>
        </w:tc>
        <w:tc>
          <w:tcPr>
            <w:tcW w:type="dxa" w:w="66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Confirm the same account is connected on both devices, then choose Sync now.</w:t>
            </w:r>
          </w:p>
        </w:tc>
      </w:tr>
      <w:tr>
        <w:tc>
          <w:tcPr>
            <w:tcW w:type="dxa" w:w="3384"/>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Email sign-in is rejected</w:t>
            </w:r>
          </w:p>
        </w:tc>
        <w:tc>
          <w:tcPr>
            <w:tcW w:type="dxa" w:w="6696"/>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Verify the email first. If needed, choose Forgot password and try again.</w:t>
            </w:r>
          </w:p>
        </w:tc>
      </w:tr>
      <w:tr>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 tour has no Add to day button</w:t>
            </w:r>
          </w:p>
        </w:tc>
        <w:tc>
          <w:tcPr>
            <w:tcW w:type="dxa" w:w="66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Choose a trip day first, rerun the Tours search, and confirm that the result matches the destination.</w:t>
            </w:r>
          </w:p>
        </w:tc>
      </w:tr>
      <w:tr>
        <w:tc>
          <w:tcPr>
            <w:tcW w:type="dxa" w:w="3384"/>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Location is unavailable</w:t>
            </w:r>
          </w:p>
        </w:tc>
        <w:tc>
          <w:tcPr>
            <w:tcW w:type="dxa" w:w="6696"/>
            <w:shd w:fill="EAF3F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Enable location permission for Farivo in the device or browser settings, then reopen Explore.</w:t>
            </w:r>
          </w:p>
        </w:tc>
      </w:tr>
      <w:tr>
        <w:tc>
          <w:tcPr>
            <w:tcW w:type="dxa" w:w="33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An update does not appear</w:t>
            </w:r>
          </w:p>
        </w:tc>
        <w:tc>
          <w:tcPr>
            <w:tcW w:type="dxa" w:w="66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30" w:type="dxa"/>
              <w:bottom w:w="100" w:type="dxa"/>
              <w:end w:w="130" w:type="dxa"/>
            </w:tcMar>
            <w:vAlign w:val="center"/>
          </w:tcPr>
          <w:p>
            <w:pPr>
              <w:spacing w:after="0" w:line="252" w:lineRule="auto"/>
            </w:pPr>
            <w:r>
              <w:rPr>
                <w:rFonts w:ascii="Aptos" w:hAnsi="Aptos"/>
                <w:sz w:val="18"/>
              </w:rPr>
              <w:t>Update through Google Play or refresh the website. If installed as a web app, close and reopen it.</w:t>
            </w:r>
          </w:p>
        </w:tc>
      </w:tr>
    </w:tbl>
    <w:p>
      <w:pPr>
        <w:spacing w:after="20"/>
        <w:widowControl/>
      </w:pPr>
    </w:p>
    <w:p>
      <w:pPr>
        <w:pStyle w:val="Heading1"/>
        <w:keepNext/>
        <w:spacing w:before="240" w:after="100"/>
        <w:widowControl/>
      </w:pPr>
      <w:r>
        <w:t>Privacy and booking reminders</w:t>
      </w:r>
    </w:p>
    <w:p>
      <w:pPr>
        <w:pStyle w:val="ListBullet"/>
        <w:spacing w:after="60" w:line="259" w:lineRule="auto"/>
        <w:widowControl/>
      </w:pPr>
      <w:r>
        <w:rPr>
          <w:rFonts w:ascii="Aptos" w:hAnsi="Aptos"/>
          <w:sz w:val="20"/>
        </w:rPr>
        <w:t>Farivo does not book or charge for travel automatically.</w:t>
      </w:r>
    </w:p>
    <w:p>
      <w:pPr>
        <w:pStyle w:val="ListBullet"/>
        <w:spacing w:after="60" w:line="259" w:lineRule="auto"/>
        <w:widowControl/>
      </w:pPr>
      <w:r>
        <w:rPr>
          <w:rFonts w:ascii="Aptos" w:hAnsi="Aptos"/>
          <w:sz w:val="20"/>
        </w:rPr>
        <w:t>Confirm current prices, availability, cancellation terms, entry rules, and accessibility details with the provider.</w:t>
      </w:r>
    </w:p>
    <w:p>
      <w:pPr>
        <w:pStyle w:val="ListBullet"/>
        <w:spacing w:after="60" w:line="259" w:lineRule="auto"/>
        <w:widowControl/>
      </w:pPr>
      <w:r>
        <w:rPr>
          <w:rFonts w:ascii="Aptos" w:hAnsi="Aptos"/>
          <w:sz w:val="20"/>
        </w:rPr>
        <w:t>Keep confirmation numbers and private notes in the booking fields; Farivo excludes them from shared itinerary links.</w:t>
      </w:r>
    </w:p>
    <w:p>
      <w:pPr>
        <w:pStyle w:val="ListBullet"/>
        <w:spacing w:after="60" w:line="259" w:lineRule="auto"/>
        <w:widowControl/>
      </w:pPr>
      <w:r>
        <w:rPr>
          <w:rFonts w:ascii="Aptos" w:hAnsi="Aptos"/>
          <w:sz w:val="20"/>
        </w:rPr>
        <w:t>Location is optional and is used when you request nearby results or directions.</w:t>
      </w:r>
    </w:p>
    <w:p>
      <w:pPr>
        <w:pStyle w:val="ListBullet"/>
        <w:spacing w:after="60" w:line="259" w:lineRule="auto"/>
        <w:widowControl/>
      </w:pPr>
      <w:r>
        <w:rPr>
          <w:rFonts w:ascii="Aptos" w:hAnsi="Aptos"/>
          <w:sz w:val="20"/>
        </w:rPr>
        <w:t>Use Profile to read the Terms of Service, Privacy Policy, or request account and data deletion.</w:t>
      </w:r>
    </w:p>
    <w:p>
      <w:pPr>
        <w:pStyle w:val="Heading1"/>
        <w:keepNext/>
        <w:spacing w:before="240" w:after="100"/>
        <w:widowControl/>
      </w:pPr>
      <w:r>
        <w:t>Support checklist</w:t>
      </w:r>
    </w:p>
    <w:p>
      <w:pPr>
        <w:spacing w:after="100" w:line="269" w:lineRule="auto"/>
        <w:widowControl/>
      </w:pPr>
      <w:r>
        <w:rPr>
          <w:rFonts w:ascii="Aptos" w:hAnsi="Aptos"/>
          <w:sz w:val="21"/>
        </w:rPr>
        <w:t>When reporting a problem, include the device type, app or browser version, the destination and trip day, the action you selected, what you expected, what happened, and a screenshot that does not expose private booking details.</w:t>
      </w:r>
    </w:p>
    <w:sectPr w:rsidR="00FC693F" w:rsidRPr="0006063C" w:rsidSect="00034616">
      <w:headerReference w:type="default" r:id="rId9"/>
      <w:footerReference w:type="default" r:id="rId10"/>
      <w:pgSz w:w="12240" w:h="15840"/>
      <w:pgMar w:top="965"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085"/>
        <w:sz w:val="17"/>
      </w:rPr>
      <w:t xml:space="preserve">Farivo  |  Insight for every journey  |  </w:t>
    </w:r>
    <w:r>
      <w:rPr>
        <w:rFonts w:ascii="Aptos" w:hAnsi="Aptos"/>
        <w:color w:val="667085"/>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219456" cy="219456"/>
          <wp:docPr id="1" name="Picture 1"/>
          <wp:cNvGraphicFramePr>
            <a:graphicFrameLocks noChangeAspect="1"/>
          </wp:cNvGraphicFramePr>
          <a:graphic>
            <a:graphicData uri="http://schemas.openxmlformats.org/drawingml/2006/picture">
              <pic:pic>
                <pic:nvPicPr>
                  <pic:cNvPr id="0" name="farivo-mark.png"/>
                  <pic:cNvPicPr/>
                </pic:nvPicPr>
                <pic:blipFill>
                  <a:blip r:embed="rId1"/>
                  <a:stretch>
                    <a:fillRect/>
                  </a:stretch>
                </pic:blipFill>
                <pic:spPr>
                  <a:xfrm>
                    <a:off x="0" y="0"/>
                    <a:ext cx="219456" cy="219456"/>
                  </a:xfrm>
                  <a:prstGeom prst="rect"/>
                </pic:spPr>
              </pic:pic>
            </a:graphicData>
          </a:graphic>
        </wp:inline>
      </w:drawing>
    </w:r>
    <w:r>
      <w:rPr>
        <w:rFonts w:ascii="Aptos" w:hAnsi="Aptos"/>
        <w:b/>
        <w:color w:val="667085"/>
        <w:sz w:val="16"/>
      </w:rPr>
      <w:t xml:space="preserve">  FARIVO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farivoa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Farivo User Guide</dc:title>
  <dc:subject>Instructions for using the Farivo website and Android app</dc:subject>
  <dc:creator>Farivo</dc:creator>
  <cp:keywords>Farivo, travel planning, user guide, Android, website</cp:keywords>
  <dc:description>generated by python-docx</dc:description>
  <cp:lastModifiedBy/>
  <cp:revision>1</cp:revision>
  <dcterms:created xsi:type="dcterms:W3CDTF">2013-12-23T23:15:00Z</dcterms:created>
  <dcterms:modified xsi:type="dcterms:W3CDTF">2013-12-23T23:15:00Z</dcterms:modified>
  <cp:category/>
</cp:coreProperties>
</file>